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1038: 编程求解数学中的分段函数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1038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6377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编程求解数学中的分段函数。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⋯ ⋯ ⋯ ⋯ x+1 (当 x &gt; 0 )。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y=f(x)= ⋯ 0 (当 x=0 )。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⋯ ⋯ ⋯ ⋯ x-1 (当 x &lt; 0 )。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上面描述的意思是：当 x &gt; 0 时 y=x+1 ; 当 x=0 时 y=0 ; 当 x &lt; 0 时 y=x-1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x(-30000 ≤ x ≤ 30000 )。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输出只有一行，包括 1 个整数(即 y 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