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1033: 判断奇偶数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48127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输入一个整数，判断是否为偶数。是输出 y e s ，否则输出n 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个整数（该整数在 1 ∼ 10000 的范围内）。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输出只有一行。（注意输出格式，具体请看下方提示）。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 e 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要注意空格！！！！！！！！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