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1031: 温度转换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1031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基础问题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43164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基础问题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编一程序，将摄氏温度换为华氏温度。公式为：f=9/5*c+32 。其中 f 为华氏温度, c 是摄氏温度。（5.2.12）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输入一行，只有一个整数 c 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输出只有一行，包括 1 个实数。（保留两位小数）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50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122.00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