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1030: 心系南方灾区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24687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2008年年初我国南方正在承受百年不遇的大雪、冻雨灾害。北京市已经开始了面向全体市民的捐款捐物活动，并组织运力，以最快速度将这些救灾物资运送到灾区人民的手中。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已知救灾物资中有 m 件大衣（ 10000 ≤ m ≤ 2000000  ），一辆卡车一次最多可以运走 n 件（ 2000 ≤ n ≤ 10000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请你编写程序计算一下，要将所有的大衣运走，北京市政府最少需要调动多少辆卡车参与运送。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只有两个整数 m、n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只有一个整数，表示需要的卡车数量。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10000 2000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