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1028: 输入一个三位数，把个位和百位对调后输出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38285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输入一个三位自然数，然后把这个数的百位数与个位数对调，输出对调后的数。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x(100 ≤ x ≤ 999)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