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1023: 判断素数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24020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任意输入一个整数，判断它是否为素数。是的话输出 T，不是的话输出 F。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质数（prime number）又称素数，质数定义为在大于 1 的自然数中，除了 1 和它本身以外不再有其他因数。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个整数。（ 1 ≤ n ≤ 10^9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