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1021: 求数II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24987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1 ∼ 500 中，找出能同时满足用 3 除余 2 ，用 5 除余 3 ，用 7 除余 2 的所有整数。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若干个数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每行一个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