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1020: 算算和是多少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1020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33662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输入一个三位正整数，然后与它倒过来的数相加，输出和。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如：输入 167 ，则和为167+761=928。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只有一行，一个三位正整数。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一个正整数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167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928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