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1019: 求1!+2!+...+N!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N!=1 × 2 × ⋯  ×  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例如：5!=1 × 2 × 3 × 4 × 5=120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1!+2!+3!+ ⋯ +N!；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输入一行，只有一个整数 n ( 1 ≤ n ≤ 10)；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