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1017: 求零件个数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24553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有一堆 100 多个的零件，若三个三个数，剩二个；若五个五个数，剩三个；若七个七个数，剩五个。请你编一个程序计算出这堆零件至少是多少个？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