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1012: 我是第几个单词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输入一个英文句子，例如：This is a Book.，可以看到句子是以 . 来作为结束符号的，并且单词之间以一个空格来分隔。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接着再输入一个单词 A ，请找出首次在句子中出现的与 A 相同的单词，是句子中的第几个单词，若不存在，则输出该句子中单词字符的总个数。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例如对上句子而言，若输入单词 is，则应输出：2。 若输入单词 isa，则应输出：11。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第一行为以 . 结束的一个词组（仅由若干个大小写字母组成的单词构成，单词间由一空格隔开，除单词和最后的 . 以外，不含其它字符，句子总长度不超过 800，每个单词长度不超过 90 个字符）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第二行是一个单词（不含空格，长度不超过 90）。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