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1010: 数组元素的排序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33542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对数组的元素按从小到大进行排序。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第一行有一个整数 n ( 5 ≤ n ≤ 10 )；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个整数，每个整数的值在 [0,10^9] 的范围内。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输出排序后的数组。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1 2 3 6 8 7 4 5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1 2 3 4 5 6 7 8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