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1008: 字符图形9-数字正三角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15742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一个整数（0 &lt; n &lt;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