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1002: 编程求解1+2+3+...+n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59613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编程求解下列式子的值： S=1+2+3+ ⋯ +n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1000)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5050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