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1876 - 数字黑洞</w:t>
      </w:r>
    </w:p>
    <w:p>
      <w:r>
        <w:rPr>
          <w:rFonts w:ascii="SimSun" w:hAnsi="SimSun"/>
          <w:b/>
        </w:rPr>
        <w:t>题目描述</w:t>
      </w:r>
    </w:p>
    <w:p>
      <w:r>
        <w:rPr>
          <w:rFonts w:ascii="SimSun" w:hAnsi="SimSun"/>
        </w:rPr>
        <w:t>任意一个四位正整数（ 4 位数字相同者除外）， 将各位数字组成一个最大数和最小数，两数相减并重复这一过程必得 6174 。</w:t>
      </w:r>
    </w:p>
    <w:p>
      <w:r>
        <w:rPr>
          <w:rFonts w:ascii="SimSun" w:hAnsi="SimSun"/>
          <w:b/>
        </w:rPr>
        <w:t>输入</w:t>
      </w:r>
    </w:p>
    <w:p>
      <w:r>
        <w:rPr>
          <w:rFonts w:ascii="SimSun" w:hAnsi="SimSun"/>
        </w:rPr>
        <w:t>输入一个四位正整数。</w:t>
      </w:r>
    </w:p>
    <w:p>
      <w:r>
        <w:rPr>
          <w:rFonts w:ascii="SimSun" w:hAnsi="SimSun"/>
          <w:b/>
        </w:rPr>
        <w:t>输出</w:t>
      </w:r>
    </w:p>
    <w:p>
      <w:r>
        <w:rPr>
          <w:rFonts w:ascii="SimSun" w:hAnsi="SimSun"/>
        </w:rPr>
        <w:t>输出文件包含多行， 组成一个最大数和一个最小数就输出一行，直到结果为 6174 。</w:t>
        <w:br/>
        <w:t>请注意：如果最大数不足 4 位，请补足 4 位再计算，具体请参考样例 2 。</w:t>
      </w:r>
    </w:p>
    <w:p>
      <w:r>
        <w:rPr>
          <w:rFonts w:ascii="SimSun" w:hAnsi="SimSun"/>
          <w:b/>
        </w:rPr>
        <w:t>样例</w:t>
      </w:r>
    </w:p>
    <w:p>
      <w:r>
        <w:rPr>
          <w:rFonts w:ascii="SimSun" w:hAnsi="SimSun"/>
        </w:rPr>
        <w:t>4123</w:t>
        <w:br/>
        <w:t>4321-1234=3087</w:t>
        <w:br/>
        <w:br/>
        <w:t>8730-378=8352</w:t>
        <w:br/>
        <w:br/>
        <w:t>8532-2358=6174</w:t>
        <w:br/>
        <w:t>2221</w:t>
        <w:br/>
        <w:t>2221-1222=999</w:t>
        <w:br/>
        <w:br/>
        <w:t>9990-999=8991</w:t>
        <w:br/>
        <w:br/>
        <w:t>9981-1899=8082</w:t>
        <w:br/>
        <w:br/>
        <w:t>8820-288=8532</w:t>
        <w:br/>
      </w:r>
    </w:p>
    <w:p>
      <w:r>
        <w:rPr>
          <w:rFonts w:ascii="SimSun" w:hAnsi="SimSun"/>
          <w:b/>
        </w:rPr>
        <w:t>来源</w:t>
      </w:r>
    </w:p>
    <w:p>
      <w:r>
        <w:rPr>
          <w:rFonts w:ascii="SimSun" w:hAnsi="SimSun"/>
        </w:rPr>
        <w:t>简单循环</w:t>
      </w:r>
    </w:p>
    <w:p>
      <w:r>
        <w:rPr>
          <w:rFonts w:ascii="SimSun" w:hAnsi="SimSun"/>
          <w:b/>
        </w:rPr>
        <w:t>标签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